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027ED0" w14:textId="77777777" w:rsidR="00402FA0" w:rsidRDefault="00000000">
      <w:pPr>
        <w:jc w:val="center"/>
      </w:pPr>
      <w:r>
        <w:rPr>
          <w:b/>
          <w:color w:val="1C364A"/>
          <w:sz w:val="34"/>
        </w:rPr>
        <w:t>The Invitation Is Still Open</w:t>
      </w:r>
    </w:p>
    <w:p w14:paraId="3DC7A94F" w14:textId="77777777" w:rsidR="00402FA0" w:rsidRDefault="00000000">
      <w:pPr>
        <w:jc w:val="center"/>
        <w:rPr>
          <w:i/>
        </w:rPr>
      </w:pPr>
      <w:r>
        <w:rPr>
          <w:i/>
        </w:rPr>
        <w:t>Proper 23 · October 11, 2026</w:t>
      </w:r>
    </w:p>
    <w:p w14:paraId="5523047C" w14:textId="5A9492EB" w:rsidR="0013078C" w:rsidRDefault="0013078C" w:rsidP="0013078C">
      <w:pPr>
        <w:jc w:val="right"/>
      </w:pPr>
      <w:r>
        <w:rPr>
          <w:i/>
        </w:rPr>
        <w:t>By. Fr. Carlos</w:t>
      </w:r>
    </w:p>
    <w:p w14:paraId="2FB71AEF" w14:textId="77777777" w:rsidR="00402FA0" w:rsidRPr="0013078C" w:rsidRDefault="00000000">
      <w:r w:rsidRPr="0013078C">
        <w:rPr>
          <w:i/>
        </w:rPr>
        <w:t>In the Name of the Father, and of the Son, and of the Holy Spirit. Amen.</w:t>
      </w:r>
    </w:p>
    <w:p w14:paraId="1E91177F" w14:textId="77777777" w:rsidR="00402FA0" w:rsidRPr="0013078C" w:rsidRDefault="00000000">
      <w:r w:rsidRPr="0013078C">
        <w:t>Dear brothers and sisters in Christ,</w:t>
      </w:r>
    </w:p>
    <w:p w14:paraId="3F3F205A" w14:textId="77777777" w:rsidR="00402FA0" w:rsidRPr="0013078C" w:rsidRDefault="00000000">
      <w:r w:rsidRPr="0013078C">
        <w:t>In today’s Gospel, Jesus tells us about a king who prepares a wedding banquet for his son. Everything is ready, but surprisingly, many of those invited refuse to come.</w:t>
      </w:r>
    </w:p>
    <w:p w14:paraId="73C905E4" w14:textId="77777777" w:rsidR="00402FA0" w:rsidRPr="0013078C" w:rsidRDefault="00000000">
      <w:r w:rsidRPr="0013078C">
        <w:t>The king says: “Everything is ready; come to the wedding banquet.” (Matthew 22:4)</w:t>
      </w:r>
    </w:p>
    <w:p w14:paraId="01F3FCEF" w14:textId="77777777" w:rsidR="00402FA0" w:rsidRPr="0013078C" w:rsidRDefault="00000000">
      <w:r w:rsidRPr="0013078C">
        <w:t>Brothers and sisters, this is the story of God’s grace.</w:t>
      </w:r>
    </w:p>
    <w:p w14:paraId="083B0F1B" w14:textId="77777777" w:rsidR="00402FA0" w:rsidRPr="0013078C" w:rsidRDefault="00000000">
      <w:r w:rsidRPr="0013078C">
        <w:t>God is always inviting us to share in his love, his mercy, and his joy.</w:t>
      </w:r>
    </w:p>
    <w:p w14:paraId="5CBF2DB7" w14:textId="77777777" w:rsidR="00402FA0" w:rsidRPr="0013078C" w:rsidRDefault="00000000">
      <w:r w:rsidRPr="0013078C">
        <w:t>The prophet Isaiah describes this heavenly banquet, and the Book of Revelation calls it the marriage supper of the Lamb (Revelation 19:9).</w:t>
      </w:r>
    </w:p>
    <w:p w14:paraId="2D49AB13" w14:textId="77777777" w:rsidR="00402FA0" w:rsidRPr="0013078C" w:rsidRDefault="00000000">
      <w:r w:rsidRPr="0013078C">
        <w:t>Every time we celebrate the Holy Eucharist, we receive a foretaste of that heavenly banquet. Christ invites us to his table and gives himself to us.</w:t>
      </w:r>
    </w:p>
    <w:p w14:paraId="7E34CE24" w14:textId="77777777" w:rsidR="00402FA0" w:rsidRPr="0013078C" w:rsidRDefault="00000000">
      <w:r w:rsidRPr="0013078C">
        <w:t>But there is something important: God never forces us to accept his invitation. He wants our love to be freely given.</w:t>
      </w:r>
    </w:p>
    <w:p w14:paraId="4AD53DE7" w14:textId="77777777" w:rsidR="00402FA0" w:rsidRPr="0013078C" w:rsidRDefault="00000000">
      <w:r w:rsidRPr="0013078C">
        <w:t>Some people respond to God when they are young, others in the middle of their lives, and others only near the end. Sadly, some never respond.</w:t>
      </w:r>
    </w:p>
    <w:p w14:paraId="71B4A64D" w14:textId="77777777" w:rsidR="00402FA0" w:rsidRPr="0013078C" w:rsidRDefault="00000000">
      <w:r w:rsidRPr="0013078C">
        <w:t>I remember something that happened about three years ago.</w:t>
      </w:r>
    </w:p>
    <w:p w14:paraId="3A5CBA94" w14:textId="77777777" w:rsidR="00402FA0" w:rsidRPr="0013078C" w:rsidRDefault="00000000">
      <w:r w:rsidRPr="0013078C">
        <w:t>I was having lunch at a restaurant when I noticed a Hispanic immigrant family: a father, a mother, and a little boy.</w:t>
      </w:r>
    </w:p>
    <w:p w14:paraId="126E9B1B" w14:textId="77777777" w:rsidR="00402FA0" w:rsidRPr="0013078C" w:rsidRDefault="00000000">
      <w:r w:rsidRPr="0013078C">
        <w:t>I noticed they had purchased only one drink to share among the three of them. I had the impression that they were experiencing financial difficulties.</w:t>
      </w:r>
    </w:p>
    <w:p w14:paraId="38411E65" w14:textId="77777777" w:rsidR="00402FA0" w:rsidRPr="0013078C" w:rsidRDefault="00000000">
      <w:proofErr w:type="gramStart"/>
      <w:r w:rsidRPr="0013078C">
        <w:t>So</w:t>
      </w:r>
      <w:proofErr w:type="gramEnd"/>
      <w:r w:rsidRPr="0013078C">
        <w:t xml:space="preserve"> I approached them and offered to buy lunch for the entire family.</w:t>
      </w:r>
    </w:p>
    <w:p w14:paraId="3537DC63" w14:textId="77777777" w:rsidR="00402FA0" w:rsidRPr="0013078C" w:rsidRDefault="00000000">
      <w:r w:rsidRPr="0013078C">
        <w:t>But the father refused. He seemed almost offended by my offer.</w:t>
      </w:r>
    </w:p>
    <w:p w14:paraId="3B0E97AF" w14:textId="77777777" w:rsidR="00402FA0" w:rsidRPr="0013078C" w:rsidRDefault="00000000">
      <w:r w:rsidRPr="0013078C">
        <w:t>I respected his decision and returned to my table.</w:t>
      </w:r>
    </w:p>
    <w:p w14:paraId="39DDE69F" w14:textId="77777777" w:rsidR="00402FA0" w:rsidRPr="0013078C" w:rsidRDefault="00000000">
      <w:r w:rsidRPr="0013078C">
        <w:t>A few minutes later, I heard his wife asking him why he had refused my invitation when they really needed something to eat.</w:t>
      </w:r>
    </w:p>
    <w:p w14:paraId="10E537A2" w14:textId="77777777" w:rsidR="00402FA0" w:rsidRPr="0013078C" w:rsidRDefault="00000000">
      <w:r w:rsidRPr="0013078C">
        <w:t>That experience stayed with me.</w:t>
      </w:r>
    </w:p>
    <w:p w14:paraId="4493FB79" w14:textId="77777777" w:rsidR="00402FA0" w:rsidRPr="0013078C" w:rsidRDefault="00000000">
      <w:r w:rsidRPr="0013078C">
        <w:t>How often does God offer us something beautiful, but our pride prevents us from receiving it?</w:t>
      </w:r>
    </w:p>
    <w:p w14:paraId="7C231E94" w14:textId="77777777" w:rsidR="00402FA0" w:rsidRPr="0013078C" w:rsidRDefault="00000000">
      <w:r w:rsidRPr="0013078C">
        <w:t>God offers us forgiveness, peace, healing, and a relationship with him. But sometimes we are too proud, too busy, or too afraid to accept.</w:t>
      </w:r>
    </w:p>
    <w:p w14:paraId="6A591ADC" w14:textId="77777777" w:rsidR="00402FA0" w:rsidRPr="0013078C" w:rsidRDefault="00000000">
      <w:r w:rsidRPr="0013078C">
        <w:lastRenderedPageBreak/>
        <w:t>God’s grace is freely given. We cannot earn it. But we must open our hearts to receive it and allow it to transform us.</w:t>
      </w:r>
    </w:p>
    <w:p w14:paraId="776856F1" w14:textId="77777777" w:rsidR="00402FA0" w:rsidRPr="0013078C" w:rsidRDefault="00000000">
      <w:r w:rsidRPr="0013078C">
        <w:t>Even the wedding garment mentioned at the end of today’s Gospel reminds us that accepting God’s invitation means allowing his grace to change our lives.</w:t>
      </w:r>
    </w:p>
    <w:p w14:paraId="78DC4067" w14:textId="77777777" w:rsidR="00402FA0" w:rsidRPr="0013078C" w:rsidRDefault="00000000">
      <w:r w:rsidRPr="0013078C">
        <w:t xml:space="preserve">Saint Paul tells us today: “Rejoice in the Lord always; </w:t>
      </w:r>
      <w:proofErr w:type="gramStart"/>
      <w:r w:rsidRPr="0013078C">
        <w:t>again</w:t>
      </w:r>
      <w:proofErr w:type="gramEnd"/>
      <w:r w:rsidRPr="0013078C">
        <w:t xml:space="preserve"> I will say, Rejoice.” (Philippians 4:4)</w:t>
      </w:r>
    </w:p>
    <w:p w14:paraId="349F9BFD" w14:textId="77777777" w:rsidR="00402FA0" w:rsidRPr="0013078C" w:rsidRDefault="00000000">
      <w:r w:rsidRPr="0013078C">
        <w:t>Dear brothers and sisters, God has prepared a place for each of us at his table.</w:t>
      </w:r>
    </w:p>
    <w:p w14:paraId="6A301A64" w14:textId="77777777" w:rsidR="00402FA0" w:rsidRPr="0013078C" w:rsidRDefault="00000000">
      <w:r w:rsidRPr="0013078C">
        <w:t>The banquet is ready. The invitation is still open.</w:t>
      </w:r>
    </w:p>
    <w:p w14:paraId="5271543B" w14:textId="77777777" w:rsidR="00402FA0" w:rsidRPr="0013078C" w:rsidRDefault="00000000">
      <w:r w:rsidRPr="0013078C">
        <w:t>The question is not whether God wants us there.</w:t>
      </w:r>
    </w:p>
    <w:p w14:paraId="60B93678" w14:textId="77777777" w:rsidR="00402FA0" w:rsidRPr="0013078C" w:rsidRDefault="00000000">
      <w:r w:rsidRPr="0013078C">
        <w:t>The question is: Are we willing to accept his invitation?</w:t>
      </w:r>
    </w:p>
    <w:p w14:paraId="3C6B8E08" w14:textId="77777777" w:rsidR="00402FA0" w:rsidRPr="0013078C" w:rsidRDefault="00000000">
      <w:r w:rsidRPr="0013078C">
        <w:t>Amen.</w:t>
      </w:r>
    </w:p>
    <w:sectPr w:rsidR="00402FA0" w:rsidRPr="0013078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834545">
    <w:abstractNumId w:val="8"/>
  </w:num>
  <w:num w:numId="2" w16cid:durableId="1973554918">
    <w:abstractNumId w:val="6"/>
  </w:num>
  <w:num w:numId="3" w16cid:durableId="1869370322">
    <w:abstractNumId w:val="5"/>
  </w:num>
  <w:num w:numId="4" w16cid:durableId="1432120701">
    <w:abstractNumId w:val="4"/>
  </w:num>
  <w:num w:numId="5" w16cid:durableId="58136013">
    <w:abstractNumId w:val="7"/>
  </w:num>
  <w:num w:numId="6" w16cid:durableId="14236036">
    <w:abstractNumId w:val="3"/>
  </w:num>
  <w:num w:numId="7" w16cid:durableId="730464563">
    <w:abstractNumId w:val="2"/>
  </w:num>
  <w:num w:numId="8" w16cid:durableId="1512179630">
    <w:abstractNumId w:val="1"/>
  </w:num>
  <w:num w:numId="9" w16cid:durableId="572591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78C"/>
    <w:rsid w:val="0015074B"/>
    <w:rsid w:val="0029639D"/>
    <w:rsid w:val="00326F90"/>
    <w:rsid w:val="00402FA0"/>
    <w:rsid w:val="0086648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56CC0"/>
  <w14:defaultImageDpi w14:val="300"/>
  <w15:docId w15:val="{E2ABF571-DE8B-EB4B-B137-FB0DBF3A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404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carlosholmesrendonagudelo@gmail.com</cp:lastModifiedBy>
  <cp:revision>2</cp:revision>
  <cp:lastPrinted>2026-10-08T14:40:00Z</cp:lastPrinted>
  <dcterms:created xsi:type="dcterms:W3CDTF">2013-12-23T23:15:00Z</dcterms:created>
  <dcterms:modified xsi:type="dcterms:W3CDTF">2026-10-08T14:43:00Z</dcterms:modified>
  <cp:category/>
</cp:coreProperties>
</file>